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BEE1" w14:textId="77777777" w:rsidR="003C20E4" w:rsidRPr="0025728F" w:rsidRDefault="00000000">
      <w:pPr>
        <w:spacing w:after="40"/>
        <w:jc w:val="center"/>
        <w:rPr>
          <w:rFonts w:cs="Arial"/>
        </w:rPr>
      </w:pPr>
      <w:r w:rsidRPr="0025728F">
        <w:rPr>
          <w:rFonts w:cs="Arial"/>
          <w:b/>
          <w:sz w:val="40"/>
        </w:rPr>
        <w:t>FIONA GIANG</w:t>
      </w:r>
    </w:p>
    <w:p w14:paraId="5F29CA85" w14:textId="31062BBC" w:rsidR="00513166" w:rsidRPr="00513166" w:rsidRDefault="00000000" w:rsidP="00513166">
      <w:pPr>
        <w:spacing w:after="100"/>
        <w:jc w:val="center"/>
        <w:rPr>
          <w:rFonts w:cs="Arial"/>
          <w:sz w:val="20"/>
          <w:szCs w:val="20"/>
          <w:lang w:val="en-CA"/>
        </w:rPr>
      </w:pPr>
      <w:r w:rsidRPr="0025728F">
        <w:rPr>
          <w:rFonts w:cs="Arial"/>
          <w:sz w:val="20"/>
          <w:szCs w:val="20"/>
        </w:rPr>
        <w:t xml:space="preserve">Montréal, </w:t>
      </w:r>
      <w:proofErr w:type="gramStart"/>
      <w:r w:rsidRPr="0025728F">
        <w:rPr>
          <w:rFonts w:cs="Arial"/>
          <w:sz w:val="20"/>
          <w:szCs w:val="20"/>
        </w:rPr>
        <w:t>QC  |</w:t>
      </w:r>
      <w:proofErr w:type="gramEnd"/>
      <w:r w:rsidRPr="0025728F">
        <w:rPr>
          <w:rFonts w:cs="Arial"/>
          <w:sz w:val="20"/>
          <w:szCs w:val="20"/>
        </w:rPr>
        <w:t xml:space="preserve">  (438) 923-</w:t>
      </w:r>
      <w:proofErr w:type="gramStart"/>
      <w:r w:rsidRPr="0025728F">
        <w:rPr>
          <w:rFonts w:cs="Arial"/>
          <w:sz w:val="20"/>
          <w:szCs w:val="20"/>
        </w:rPr>
        <w:t>9995  |</w:t>
      </w:r>
      <w:proofErr w:type="gramEnd"/>
      <w:r w:rsidRPr="0025728F">
        <w:rPr>
          <w:rFonts w:cs="Arial"/>
          <w:sz w:val="20"/>
          <w:szCs w:val="20"/>
        </w:rPr>
        <w:t xml:space="preserve">  </w:t>
      </w:r>
      <w:hyperlink r:id="rId6" w:history="1">
        <w:r w:rsidR="00513166" w:rsidRPr="00D65425">
          <w:rPr>
            <w:rStyle w:val="Hyperlink"/>
            <w:rFonts w:cs="Arial"/>
            <w:sz w:val="20"/>
            <w:szCs w:val="20"/>
          </w:rPr>
          <w:t>giang_fiona@hotmail.com</w:t>
        </w:r>
      </w:hyperlink>
      <w:r w:rsidR="00513166">
        <w:rPr>
          <w:rFonts w:cs="Arial"/>
          <w:sz w:val="20"/>
          <w:szCs w:val="20"/>
        </w:rPr>
        <w:t xml:space="preserve"> </w:t>
      </w:r>
      <w:r w:rsidR="00513166">
        <w:rPr>
          <w:rFonts w:cs="Arial"/>
          <w:sz w:val="20"/>
          <w:szCs w:val="20"/>
          <w:lang w:val="en-CA"/>
        </w:rPr>
        <w:t xml:space="preserve">| </w:t>
      </w:r>
      <w:hyperlink r:id="rId7" w:history="1">
        <w:r w:rsidR="00513166" w:rsidRPr="00D65425">
          <w:rPr>
            <w:rStyle w:val="Hyperlink"/>
            <w:rFonts w:cs="Arial"/>
            <w:sz w:val="20"/>
            <w:szCs w:val="20"/>
          </w:rPr>
          <w:t>linkedin.com/in/</w:t>
        </w:r>
        <w:proofErr w:type="spellStart"/>
        <w:r w:rsidR="00513166" w:rsidRPr="00D65425">
          <w:rPr>
            <w:rStyle w:val="Hyperlink"/>
            <w:rFonts w:cs="Arial"/>
            <w:sz w:val="20"/>
            <w:szCs w:val="20"/>
          </w:rPr>
          <w:t>fiona-giang</w:t>
        </w:r>
        <w:proofErr w:type="spellEnd"/>
      </w:hyperlink>
    </w:p>
    <w:p w14:paraId="05539C4F" w14:textId="77777777" w:rsidR="003C20E4" w:rsidRPr="0025728F" w:rsidRDefault="00000000">
      <w:pPr>
        <w:pBdr>
          <w:bottom w:val="single" w:sz="4" w:space="1" w:color="808080"/>
        </w:pBdr>
        <w:spacing w:before="140" w:after="60"/>
        <w:rPr>
          <w:rFonts w:cs="Arial"/>
        </w:rPr>
      </w:pPr>
      <w:r w:rsidRPr="0025728F">
        <w:rPr>
          <w:rFonts w:cs="Arial"/>
          <w:b/>
          <w:sz w:val="21"/>
        </w:rPr>
        <w:t>PROFIL</w:t>
      </w:r>
    </w:p>
    <w:p w14:paraId="73A03499" w14:textId="77777777" w:rsidR="003C20E4" w:rsidRPr="0025728F" w:rsidRDefault="00000000" w:rsidP="0025728F">
      <w:pPr>
        <w:spacing w:after="40"/>
        <w:rPr>
          <w:rFonts w:cs="Arial"/>
          <w:sz w:val="20"/>
          <w:szCs w:val="20"/>
        </w:rPr>
      </w:pPr>
      <w:r w:rsidRPr="0025728F">
        <w:rPr>
          <w:rFonts w:cs="Arial"/>
          <w:sz w:val="20"/>
          <w:szCs w:val="20"/>
        </w:rPr>
        <w:t xml:space="preserve">Étudiante en génie logiciel et diplômée en techniques d’intégration multimédia, avec un intérêt pour le développement Web, le design numérique et la création de contenu. Expérience en conception graphique, développement de sites Web avec WordPress et création de contenu pour les médias sociaux. Habituée à travailler dans des délais courts, à m’adapter aux besoins d’un mandat et à </w:t>
      </w:r>
      <w:proofErr w:type="spellStart"/>
      <w:r w:rsidRPr="0025728F">
        <w:rPr>
          <w:rFonts w:cs="Arial"/>
          <w:sz w:val="20"/>
          <w:szCs w:val="20"/>
        </w:rPr>
        <w:t>collaborer</w:t>
      </w:r>
      <w:proofErr w:type="spellEnd"/>
      <w:r w:rsidRPr="0025728F">
        <w:rPr>
          <w:rFonts w:cs="Arial"/>
          <w:sz w:val="20"/>
          <w:szCs w:val="20"/>
        </w:rPr>
        <w:t xml:space="preserve"> avec </w:t>
      </w:r>
      <w:proofErr w:type="spellStart"/>
      <w:r w:rsidRPr="0025728F">
        <w:rPr>
          <w:rFonts w:cs="Arial"/>
          <w:sz w:val="20"/>
          <w:szCs w:val="20"/>
        </w:rPr>
        <w:t>une</w:t>
      </w:r>
      <w:proofErr w:type="spellEnd"/>
      <w:r w:rsidRPr="0025728F">
        <w:rPr>
          <w:rFonts w:cs="Arial"/>
          <w:sz w:val="20"/>
          <w:szCs w:val="20"/>
        </w:rPr>
        <w:t xml:space="preserve"> équipe.</w:t>
      </w:r>
    </w:p>
    <w:p w14:paraId="18A4BE22" w14:textId="77777777" w:rsidR="0025728F" w:rsidRPr="0025728F" w:rsidRDefault="0025728F">
      <w:pPr>
        <w:spacing w:after="40" w:line="240" w:lineRule="auto"/>
        <w:rPr>
          <w:rFonts w:cs="Arial"/>
        </w:rPr>
      </w:pPr>
    </w:p>
    <w:p w14:paraId="640ED0BC" w14:textId="77777777" w:rsidR="003C20E4" w:rsidRPr="0025728F" w:rsidRDefault="00000000">
      <w:pPr>
        <w:pBdr>
          <w:bottom w:val="single" w:sz="4" w:space="1" w:color="808080"/>
        </w:pBdr>
        <w:spacing w:before="140" w:after="60"/>
        <w:rPr>
          <w:rFonts w:cs="Arial"/>
        </w:rPr>
      </w:pPr>
      <w:r w:rsidRPr="0025728F">
        <w:rPr>
          <w:rFonts w:cs="Arial"/>
          <w:b/>
          <w:sz w:val="21"/>
        </w:rPr>
        <w:t>FORMATION</w:t>
      </w:r>
    </w:p>
    <w:p w14:paraId="276A9F94" w14:textId="3EB2F784" w:rsidR="003C20E4" w:rsidRPr="0025728F" w:rsidRDefault="00000000">
      <w:pPr>
        <w:spacing w:after="20"/>
        <w:rPr>
          <w:rFonts w:cs="Arial"/>
          <w:sz w:val="20"/>
          <w:szCs w:val="20"/>
        </w:rPr>
      </w:pPr>
      <w:proofErr w:type="spellStart"/>
      <w:r w:rsidRPr="0025728F">
        <w:rPr>
          <w:rFonts w:cs="Arial"/>
          <w:b/>
          <w:sz w:val="20"/>
          <w:szCs w:val="20"/>
        </w:rPr>
        <w:t>Baccalauréat</w:t>
      </w:r>
      <w:proofErr w:type="spellEnd"/>
      <w:r w:rsidRPr="0025728F">
        <w:rPr>
          <w:rFonts w:cs="Arial"/>
          <w:b/>
          <w:sz w:val="20"/>
          <w:szCs w:val="20"/>
        </w:rPr>
        <w:t xml:space="preserve"> </w:t>
      </w:r>
      <w:proofErr w:type="spellStart"/>
      <w:r w:rsidRPr="0025728F">
        <w:rPr>
          <w:rFonts w:cs="Arial"/>
          <w:b/>
          <w:sz w:val="20"/>
          <w:szCs w:val="20"/>
        </w:rPr>
        <w:t>en</w:t>
      </w:r>
      <w:proofErr w:type="spellEnd"/>
      <w:r w:rsidRPr="0025728F">
        <w:rPr>
          <w:rFonts w:cs="Arial"/>
          <w:b/>
          <w:sz w:val="20"/>
          <w:szCs w:val="20"/>
        </w:rPr>
        <w:t xml:space="preserve"> génie </w:t>
      </w:r>
      <w:proofErr w:type="spellStart"/>
      <w:proofErr w:type="gramStart"/>
      <w:r w:rsidRPr="0025728F">
        <w:rPr>
          <w:rFonts w:cs="Arial"/>
          <w:b/>
          <w:sz w:val="20"/>
          <w:szCs w:val="20"/>
        </w:rPr>
        <w:t>logiciel</w:t>
      </w:r>
      <w:proofErr w:type="spellEnd"/>
      <w:r w:rsidRPr="0025728F">
        <w:rPr>
          <w:rFonts w:cs="Arial"/>
          <w:sz w:val="20"/>
          <w:szCs w:val="20"/>
        </w:rPr>
        <w:t xml:space="preserve">  </w:t>
      </w:r>
      <w:r w:rsidR="0025728F" w:rsidRPr="0025728F">
        <w:rPr>
          <w:rFonts w:cs="Arial"/>
          <w:sz w:val="20"/>
          <w:szCs w:val="20"/>
        </w:rPr>
        <w:tab/>
      </w:r>
      <w:proofErr w:type="gramEnd"/>
      <w:r w:rsidR="0025728F" w:rsidRPr="0025728F">
        <w:rPr>
          <w:rFonts w:cs="Arial"/>
          <w:sz w:val="20"/>
          <w:szCs w:val="20"/>
        </w:rPr>
        <w:tab/>
      </w:r>
      <w:r w:rsidR="0025728F" w:rsidRPr="0025728F">
        <w:rPr>
          <w:rFonts w:cs="Arial"/>
          <w:sz w:val="20"/>
          <w:szCs w:val="20"/>
        </w:rPr>
        <w:tab/>
      </w:r>
      <w:r w:rsidR="0025728F" w:rsidRPr="0025728F">
        <w:rPr>
          <w:rFonts w:cs="Arial"/>
          <w:sz w:val="20"/>
          <w:szCs w:val="20"/>
        </w:rPr>
        <w:tab/>
      </w:r>
      <w:r w:rsidR="0025728F" w:rsidRPr="0025728F">
        <w:rPr>
          <w:rFonts w:cs="Arial"/>
          <w:sz w:val="20"/>
          <w:szCs w:val="20"/>
        </w:rPr>
        <w:tab/>
      </w:r>
      <w:r w:rsidR="0025728F" w:rsidRPr="0025728F">
        <w:rPr>
          <w:rFonts w:cs="Arial"/>
          <w:sz w:val="20"/>
          <w:szCs w:val="20"/>
        </w:rPr>
        <w:tab/>
      </w:r>
      <w:r w:rsidR="0025728F" w:rsidRPr="0025728F">
        <w:rPr>
          <w:rFonts w:cs="Arial"/>
          <w:sz w:val="20"/>
          <w:szCs w:val="20"/>
        </w:rPr>
        <w:tab/>
      </w:r>
      <w:r w:rsidR="0025728F">
        <w:rPr>
          <w:rFonts w:cs="Arial"/>
          <w:sz w:val="20"/>
          <w:szCs w:val="20"/>
        </w:rPr>
        <w:t xml:space="preserve">       </w:t>
      </w:r>
      <w:r w:rsidR="00513166">
        <w:rPr>
          <w:rFonts w:cs="Arial"/>
          <w:sz w:val="20"/>
          <w:szCs w:val="20"/>
        </w:rPr>
        <w:t xml:space="preserve"> </w:t>
      </w:r>
      <w:proofErr w:type="spellStart"/>
      <w:r w:rsidR="00513166">
        <w:rPr>
          <w:rFonts w:cs="Arial"/>
          <w:sz w:val="20"/>
          <w:szCs w:val="20"/>
        </w:rPr>
        <w:t>Depuis</w:t>
      </w:r>
      <w:proofErr w:type="spellEnd"/>
      <w:r w:rsidR="00513166">
        <w:rPr>
          <w:rFonts w:cs="Arial"/>
          <w:sz w:val="20"/>
          <w:szCs w:val="20"/>
        </w:rPr>
        <w:t xml:space="preserve"> Automne 2026</w:t>
      </w:r>
    </w:p>
    <w:p w14:paraId="4078BE18" w14:textId="77777777" w:rsidR="003C20E4" w:rsidRPr="00513166" w:rsidRDefault="00000000">
      <w:pPr>
        <w:spacing w:after="30"/>
        <w:ind w:left="173"/>
        <w:rPr>
          <w:rFonts w:cs="Arial"/>
          <w:i/>
          <w:szCs w:val="18"/>
        </w:rPr>
      </w:pPr>
      <w:r w:rsidRPr="00513166">
        <w:rPr>
          <w:rFonts w:cs="Arial"/>
          <w:i/>
          <w:szCs w:val="18"/>
        </w:rPr>
        <w:t xml:space="preserve">École de </w:t>
      </w:r>
      <w:proofErr w:type="spellStart"/>
      <w:r w:rsidRPr="00513166">
        <w:rPr>
          <w:rFonts w:cs="Arial"/>
          <w:i/>
          <w:szCs w:val="18"/>
        </w:rPr>
        <w:t>technologie</w:t>
      </w:r>
      <w:proofErr w:type="spellEnd"/>
      <w:r w:rsidRPr="00513166">
        <w:rPr>
          <w:rFonts w:cs="Arial"/>
          <w:i/>
          <w:szCs w:val="18"/>
        </w:rPr>
        <w:t xml:space="preserve"> supérieure (ÉTS), Montréal</w:t>
      </w:r>
    </w:p>
    <w:p w14:paraId="348BDAC8" w14:textId="77777777" w:rsidR="0025728F" w:rsidRPr="0025728F" w:rsidRDefault="0025728F">
      <w:pPr>
        <w:spacing w:after="30"/>
        <w:ind w:left="173"/>
        <w:rPr>
          <w:rFonts w:cs="Arial"/>
        </w:rPr>
      </w:pPr>
    </w:p>
    <w:p w14:paraId="73216393" w14:textId="57EFA766" w:rsidR="003C20E4" w:rsidRPr="0025728F" w:rsidRDefault="00000000">
      <w:pPr>
        <w:spacing w:after="20"/>
        <w:rPr>
          <w:rFonts w:cs="Arial"/>
          <w:sz w:val="20"/>
          <w:szCs w:val="20"/>
        </w:rPr>
      </w:pPr>
      <w:r w:rsidRPr="0025728F">
        <w:rPr>
          <w:rFonts w:cs="Arial"/>
          <w:b/>
          <w:sz w:val="20"/>
          <w:szCs w:val="20"/>
        </w:rPr>
        <w:t xml:space="preserve">Techniques </w:t>
      </w:r>
      <w:proofErr w:type="spellStart"/>
      <w:r w:rsidRPr="0025728F">
        <w:rPr>
          <w:rFonts w:cs="Arial"/>
          <w:b/>
          <w:sz w:val="20"/>
          <w:szCs w:val="20"/>
        </w:rPr>
        <w:t>d’intégration</w:t>
      </w:r>
      <w:proofErr w:type="spellEnd"/>
      <w:r w:rsidRPr="0025728F">
        <w:rPr>
          <w:rFonts w:cs="Arial"/>
          <w:b/>
          <w:sz w:val="20"/>
          <w:szCs w:val="20"/>
        </w:rPr>
        <w:t xml:space="preserve"> </w:t>
      </w:r>
      <w:proofErr w:type="spellStart"/>
      <w:proofErr w:type="gramStart"/>
      <w:r w:rsidRPr="0025728F">
        <w:rPr>
          <w:rFonts w:cs="Arial"/>
          <w:b/>
          <w:sz w:val="20"/>
          <w:szCs w:val="20"/>
        </w:rPr>
        <w:t>multimédia</w:t>
      </w:r>
      <w:proofErr w:type="spellEnd"/>
      <w:r w:rsidRPr="0025728F">
        <w:rPr>
          <w:rFonts w:cs="Arial"/>
          <w:sz w:val="20"/>
          <w:szCs w:val="20"/>
        </w:rPr>
        <w:t xml:space="preserve">  </w:t>
      </w:r>
      <w:r w:rsidR="0025728F" w:rsidRPr="0025728F">
        <w:rPr>
          <w:rFonts w:cs="Arial"/>
          <w:sz w:val="20"/>
          <w:szCs w:val="20"/>
        </w:rPr>
        <w:tab/>
      </w:r>
      <w:proofErr w:type="gramEnd"/>
      <w:r w:rsidR="0025728F" w:rsidRPr="0025728F">
        <w:rPr>
          <w:rFonts w:cs="Arial"/>
          <w:sz w:val="20"/>
          <w:szCs w:val="20"/>
        </w:rPr>
        <w:tab/>
      </w:r>
      <w:r w:rsidR="0025728F" w:rsidRPr="0025728F">
        <w:rPr>
          <w:rFonts w:cs="Arial"/>
          <w:sz w:val="20"/>
          <w:szCs w:val="20"/>
        </w:rPr>
        <w:tab/>
      </w:r>
      <w:r w:rsidR="0025728F" w:rsidRPr="0025728F">
        <w:rPr>
          <w:rFonts w:cs="Arial"/>
          <w:sz w:val="20"/>
          <w:szCs w:val="20"/>
        </w:rPr>
        <w:tab/>
      </w:r>
      <w:r w:rsidR="0025728F">
        <w:rPr>
          <w:rFonts w:cs="Arial"/>
          <w:sz w:val="20"/>
          <w:szCs w:val="20"/>
        </w:rPr>
        <w:tab/>
        <w:t xml:space="preserve">          </w:t>
      </w:r>
      <w:r w:rsidR="00513166">
        <w:rPr>
          <w:rFonts w:cs="Arial"/>
          <w:sz w:val="20"/>
          <w:szCs w:val="20"/>
        </w:rPr>
        <w:tab/>
      </w:r>
      <w:r w:rsidR="00513166">
        <w:rPr>
          <w:rFonts w:cs="Arial"/>
          <w:sz w:val="20"/>
          <w:szCs w:val="20"/>
        </w:rPr>
        <w:tab/>
      </w:r>
      <w:r w:rsidR="00513166">
        <w:rPr>
          <w:rFonts w:cs="Arial"/>
          <w:sz w:val="20"/>
          <w:szCs w:val="20"/>
        </w:rPr>
        <w:tab/>
        <w:t xml:space="preserve">          </w:t>
      </w:r>
      <w:r w:rsidRPr="0025728F">
        <w:rPr>
          <w:rFonts w:cs="Arial"/>
          <w:sz w:val="20"/>
          <w:szCs w:val="20"/>
        </w:rPr>
        <w:t>2026</w:t>
      </w:r>
    </w:p>
    <w:p w14:paraId="1077109C" w14:textId="3437362D" w:rsidR="0025728F" w:rsidRDefault="00000000" w:rsidP="00A31BDD">
      <w:pPr>
        <w:spacing w:after="30"/>
        <w:ind w:left="173"/>
        <w:rPr>
          <w:rFonts w:cs="Arial"/>
          <w:i/>
          <w:szCs w:val="18"/>
        </w:rPr>
      </w:pPr>
      <w:r w:rsidRPr="00513166">
        <w:rPr>
          <w:rFonts w:cs="Arial"/>
          <w:i/>
          <w:szCs w:val="18"/>
        </w:rPr>
        <w:t>Cégep Vanier, Montréal</w:t>
      </w:r>
    </w:p>
    <w:p w14:paraId="1B5D68A5" w14:textId="77777777" w:rsidR="00A31BDD" w:rsidRDefault="00A31BDD" w:rsidP="00A31BDD">
      <w:pPr>
        <w:spacing w:after="30"/>
        <w:ind w:left="173"/>
        <w:rPr>
          <w:rFonts w:cs="Arial"/>
          <w:i/>
          <w:szCs w:val="18"/>
        </w:rPr>
      </w:pPr>
    </w:p>
    <w:p w14:paraId="3BC85FC7" w14:textId="01361A67" w:rsidR="00A31BDD" w:rsidRPr="0025728F" w:rsidRDefault="00A31BDD" w:rsidP="00A31BDD">
      <w:pPr>
        <w:pBdr>
          <w:bottom w:val="single" w:sz="4" w:space="1" w:color="808080"/>
        </w:pBdr>
        <w:spacing w:before="140" w:after="60"/>
        <w:rPr>
          <w:rFonts w:cs="Arial"/>
        </w:rPr>
      </w:pPr>
      <w:r>
        <w:rPr>
          <w:rFonts w:cs="Arial"/>
          <w:b/>
          <w:sz w:val="21"/>
        </w:rPr>
        <w:t>CONNAISSANCES PARTICULIÈRES</w:t>
      </w:r>
    </w:p>
    <w:p w14:paraId="3420612D" w14:textId="43D082D4" w:rsidR="00A31BDD" w:rsidRDefault="00A31BDD" w:rsidP="00096CAF">
      <w:pPr>
        <w:spacing w:after="30" w:line="360" w:lineRule="auto"/>
        <w:ind w:left="173"/>
        <w:rPr>
          <w:rFonts w:cs="Arial"/>
          <w:sz w:val="20"/>
          <w:szCs w:val="20"/>
        </w:rPr>
      </w:pPr>
      <w:r w:rsidRPr="00A31BDD">
        <w:rPr>
          <w:rFonts w:cs="Arial"/>
          <w:b/>
          <w:bCs/>
          <w:sz w:val="20"/>
          <w:szCs w:val="20"/>
        </w:rPr>
        <w:t xml:space="preserve">Développement </w:t>
      </w:r>
      <w:proofErr w:type="gramStart"/>
      <w:r w:rsidRPr="00A31BDD">
        <w:rPr>
          <w:rFonts w:cs="Arial"/>
          <w:b/>
          <w:bCs/>
          <w:sz w:val="20"/>
          <w:szCs w:val="20"/>
        </w:rPr>
        <w:t>Web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HTML, CSS, JavaScript, Vue.js, WordPress</w:t>
      </w:r>
      <w:r w:rsidRPr="00A31BDD">
        <w:rPr>
          <w:rFonts w:cs="Arial"/>
          <w:b/>
          <w:bCs/>
          <w:sz w:val="20"/>
          <w:szCs w:val="20"/>
        </w:rPr>
        <w:br/>
        <w:t xml:space="preserve">Conception </w:t>
      </w:r>
      <w:proofErr w:type="spellStart"/>
      <w:proofErr w:type="gramStart"/>
      <w:r w:rsidRPr="00A31BDD">
        <w:rPr>
          <w:rFonts w:cs="Arial"/>
          <w:b/>
          <w:bCs/>
          <w:sz w:val="20"/>
          <w:szCs w:val="20"/>
        </w:rPr>
        <w:t>d'interfaces</w:t>
      </w:r>
      <w:proofErr w:type="spellEnd"/>
      <w:r w:rsidRPr="00A31BDD">
        <w:rPr>
          <w:rFonts w:cs="Arial"/>
          <w:b/>
          <w:bCs/>
          <w:sz w:val="20"/>
          <w:szCs w:val="20"/>
        </w:rPr>
        <w:t xml:space="preserve">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Figma</w:t>
      </w:r>
      <w:r w:rsidRPr="00A31BDD">
        <w:rPr>
          <w:rFonts w:cs="Arial"/>
          <w:b/>
          <w:bCs/>
          <w:sz w:val="20"/>
          <w:szCs w:val="20"/>
        </w:rPr>
        <w:br/>
        <w:t xml:space="preserve">Design </w:t>
      </w:r>
      <w:proofErr w:type="spellStart"/>
      <w:proofErr w:type="gramStart"/>
      <w:r w:rsidRPr="00A31BDD">
        <w:rPr>
          <w:rFonts w:cs="Arial"/>
          <w:b/>
          <w:bCs/>
          <w:sz w:val="20"/>
          <w:szCs w:val="20"/>
        </w:rPr>
        <w:t>graphique</w:t>
      </w:r>
      <w:proofErr w:type="spellEnd"/>
      <w:r w:rsidRPr="00A31BDD">
        <w:rPr>
          <w:rFonts w:cs="Arial"/>
          <w:b/>
          <w:bCs/>
          <w:sz w:val="20"/>
          <w:szCs w:val="20"/>
        </w:rPr>
        <w:t xml:space="preserve">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Photoshop, Illustrator, InDesign</w:t>
      </w:r>
      <w:r w:rsidRPr="00A31BDD">
        <w:rPr>
          <w:rFonts w:cs="Arial"/>
          <w:b/>
          <w:bCs/>
          <w:sz w:val="20"/>
          <w:szCs w:val="20"/>
        </w:rPr>
        <w:br/>
        <w:t xml:space="preserve">Animation et </w:t>
      </w:r>
      <w:proofErr w:type="spellStart"/>
      <w:proofErr w:type="gramStart"/>
      <w:r w:rsidRPr="00A31BDD">
        <w:rPr>
          <w:rFonts w:cs="Arial"/>
          <w:b/>
          <w:bCs/>
          <w:sz w:val="20"/>
          <w:szCs w:val="20"/>
        </w:rPr>
        <w:t>vidéo</w:t>
      </w:r>
      <w:proofErr w:type="spellEnd"/>
      <w:r w:rsidRPr="00A31BDD">
        <w:rPr>
          <w:rFonts w:cs="Arial"/>
          <w:b/>
          <w:bCs/>
          <w:sz w:val="20"/>
          <w:szCs w:val="20"/>
        </w:rPr>
        <w:t xml:space="preserve">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After Effects, Premiere Pro</w:t>
      </w:r>
      <w:r w:rsidRPr="00A31BDD">
        <w:rPr>
          <w:rFonts w:cs="Arial"/>
          <w:b/>
          <w:bCs/>
          <w:sz w:val="20"/>
          <w:szCs w:val="20"/>
        </w:rPr>
        <w:br/>
      </w:r>
      <w:proofErr w:type="spellStart"/>
      <w:r w:rsidRPr="00A31BDD">
        <w:rPr>
          <w:rFonts w:cs="Arial"/>
          <w:b/>
          <w:bCs/>
          <w:sz w:val="20"/>
          <w:szCs w:val="20"/>
        </w:rPr>
        <w:t>Modélisation</w:t>
      </w:r>
      <w:proofErr w:type="spellEnd"/>
      <w:r w:rsidRPr="00A31BDD">
        <w:rPr>
          <w:rFonts w:cs="Arial"/>
          <w:b/>
          <w:bCs/>
          <w:sz w:val="20"/>
          <w:szCs w:val="20"/>
        </w:rPr>
        <w:t xml:space="preserve"> 3</w:t>
      </w:r>
      <w:proofErr w:type="gramStart"/>
      <w:r w:rsidRPr="00A31BDD">
        <w:rPr>
          <w:rFonts w:cs="Arial"/>
          <w:b/>
          <w:bCs/>
          <w:sz w:val="20"/>
          <w:szCs w:val="20"/>
        </w:rPr>
        <w:t>D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Blender</w:t>
      </w:r>
      <w:r w:rsidRPr="00A31BDD">
        <w:rPr>
          <w:rFonts w:cs="Arial"/>
          <w:b/>
          <w:bCs/>
          <w:sz w:val="20"/>
          <w:szCs w:val="20"/>
        </w:rPr>
        <w:br/>
        <w:t xml:space="preserve">Suite et </w:t>
      </w:r>
      <w:proofErr w:type="spellStart"/>
      <w:proofErr w:type="gramStart"/>
      <w:r w:rsidRPr="00A31BDD">
        <w:rPr>
          <w:rFonts w:cs="Arial"/>
          <w:b/>
          <w:bCs/>
          <w:sz w:val="20"/>
          <w:szCs w:val="20"/>
        </w:rPr>
        <w:t>logiciels</w:t>
      </w:r>
      <w:proofErr w:type="spellEnd"/>
      <w:r w:rsidRPr="00A31BDD">
        <w:rPr>
          <w:rFonts w:cs="Arial"/>
          <w:b/>
          <w:bCs/>
          <w:sz w:val="20"/>
          <w:szCs w:val="20"/>
        </w:rPr>
        <w:t xml:space="preserve"> :</w:t>
      </w:r>
      <w:proofErr w:type="gramEnd"/>
      <w:r w:rsidRPr="00A31BDD">
        <w:rPr>
          <w:rFonts w:cs="Arial"/>
          <w:b/>
          <w:bCs/>
          <w:sz w:val="20"/>
          <w:szCs w:val="20"/>
        </w:rPr>
        <w:t xml:space="preserve"> </w:t>
      </w:r>
      <w:r w:rsidR="00096CAF">
        <w:rPr>
          <w:rFonts w:cs="Arial"/>
          <w:b/>
          <w:bCs/>
          <w:sz w:val="20"/>
          <w:szCs w:val="20"/>
        </w:rPr>
        <w:tab/>
      </w:r>
      <w:r w:rsidR="00096CAF">
        <w:rPr>
          <w:rFonts w:cs="Arial"/>
          <w:b/>
          <w:bCs/>
          <w:sz w:val="20"/>
          <w:szCs w:val="20"/>
        </w:rPr>
        <w:tab/>
      </w:r>
      <w:r w:rsidR="00096CAF">
        <w:rPr>
          <w:rFonts w:cs="Arial"/>
          <w:b/>
          <w:bCs/>
          <w:sz w:val="20"/>
          <w:szCs w:val="20"/>
        </w:rPr>
        <w:tab/>
      </w:r>
      <w:r w:rsidR="00096CAF">
        <w:rPr>
          <w:rFonts w:cs="Arial"/>
          <w:b/>
          <w:bCs/>
          <w:sz w:val="20"/>
          <w:szCs w:val="20"/>
        </w:rPr>
        <w:tab/>
      </w:r>
      <w:r w:rsidRPr="00A31BDD">
        <w:rPr>
          <w:rFonts w:cs="Arial"/>
          <w:sz w:val="20"/>
          <w:szCs w:val="20"/>
        </w:rPr>
        <w:t>Adobe Creative Cloud</w:t>
      </w:r>
    </w:p>
    <w:p w14:paraId="555A3BDF" w14:textId="77777777" w:rsidR="00096CAF" w:rsidRPr="00A31BDD" w:rsidRDefault="00096CAF" w:rsidP="00A31BDD">
      <w:pPr>
        <w:spacing w:after="30"/>
        <w:ind w:left="173"/>
        <w:rPr>
          <w:rFonts w:cs="Arial"/>
          <w:i/>
          <w:szCs w:val="18"/>
        </w:rPr>
      </w:pPr>
    </w:p>
    <w:p w14:paraId="20CAF69C" w14:textId="77777777" w:rsidR="003C20E4" w:rsidRPr="0025728F" w:rsidRDefault="00000000">
      <w:pPr>
        <w:pBdr>
          <w:bottom w:val="single" w:sz="4" w:space="1" w:color="808080"/>
        </w:pBdr>
        <w:spacing w:before="140" w:after="60"/>
        <w:rPr>
          <w:rFonts w:cs="Arial"/>
        </w:rPr>
      </w:pPr>
      <w:r w:rsidRPr="0025728F">
        <w:rPr>
          <w:rFonts w:cs="Arial"/>
          <w:b/>
          <w:sz w:val="21"/>
        </w:rPr>
        <w:t>EXPÉRIENCE PROFESSIONNELLE</w:t>
      </w:r>
    </w:p>
    <w:p w14:paraId="2563857B" w14:textId="7E245270" w:rsidR="003C20E4" w:rsidRPr="00513166" w:rsidRDefault="00000000">
      <w:pPr>
        <w:spacing w:after="0"/>
        <w:rPr>
          <w:rFonts w:cs="Arial"/>
          <w:sz w:val="20"/>
          <w:szCs w:val="20"/>
        </w:rPr>
      </w:pPr>
      <w:r w:rsidRPr="00513166">
        <w:rPr>
          <w:rFonts w:cs="Arial"/>
          <w:b/>
          <w:sz w:val="20"/>
          <w:szCs w:val="20"/>
        </w:rPr>
        <w:t xml:space="preserve">Stagiaire </w:t>
      </w:r>
      <w:proofErr w:type="spellStart"/>
      <w:r w:rsidRPr="00513166">
        <w:rPr>
          <w:rFonts w:cs="Arial"/>
          <w:b/>
          <w:sz w:val="20"/>
          <w:szCs w:val="20"/>
        </w:rPr>
        <w:t>en</w:t>
      </w:r>
      <w:proofErr w:type="spellEnd"/>
      <w:r w:rsidRPr="00513166">
        <w:rPr>
          <w:rFonts w:cs="Arial"/>
          <w:b/>
          <w:sz w:val="20"/>
          <w:szCs w:val="20"/>
        </w:rPr>
        <w:t xml:space="preserve"> design et </w:t>
      </w:r>
      <w:proofErr w:type="gramStart"/>
      <w:r w:rsidRPr="00513166">
        <w:rPr>
          <w:rFonts w:cs="Arial"/>
          <w:b/>
          <w:sz w:val="20"/>
          <w:szCs w:val="20"/>
        </w:rPr>
        <w:t xml:space="preserve">Web </w:t>
      </w:r>
      <w:r w:rsidR="0025728F" w:rsidRPr="00513166">
        <w:rPr>
          <w:rFonts w:cs="Arial"/>
          <w:sz w:val="20"/>
          <w:szCs w:val="20"/>
        </w:rPr>
        <w:t xml:space="preserve"> </w:t>
      </w:r>
      <w:r w:rsidR="00513166">
        <w:rPr>
          <w:rFonts w:cs="Arial"/>
          <w:sz w:val="20"/>
          <w:szCs w:val="20"/>
        </w:rPr>
        <w:tab/>
      </w:r>
      <w:proofErr w:type="gramEnd"/>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w:t>
      </w:r>
      <w:r w:rsidR="0025728F" w:rsidRPr="00513166">
        <w:rPr>
          <w:rFonts w:cs="Arial"/>
          <w:sz w:val="20"/>
          <w:szCs w:val="20"/>
        </w:rPr>
        <w:t>A</w:t>
      </w:r>
      <w:r w:rsidRPr="00513166">
        <w:rPr>
          <w:rFonts w:cs="Arial"/>
          <w:sz w:val="20"/>
          <w:szCs w:val="20"/>
        </w:rPr>
        <w:t xml:space="preserve">vril à </w:t>
      </w:r>
      <w:proofErr w:type="spellStart"/>
      <w:r w:rsidRPr="00513166">
        <w:rPr>
          <w:rFonts w:cs="Arial"/>
          <w:sz w:val="20"/>
          <w:szCs w:val="20"/>
        </w:rPr>
        <w:t>mai</w:t>
      </w:r>
      <w:proofErr w:type="spellEnd"/>
      <w:r w:rsidRPr="00513166">
        <w:rPr>
          <w:rFonts w:cs="Arial"/>
          <w:sz w:val="20"/>
          <w:szCs w:val="20"/>
        </w:rPr>
        <w:t xml:space="preserve"> 2026</w:t>
      </w:r>
    </w:p>
    <w:p w14:paraId="76048C1C" w14:textId="77777777" w:rsidR="003C20E4" w:rsidRPr="0025728F" w:rsidRDefault="00000000">
      <w:pPr>
        <w:spacing w:after="20"/>
        <w:rPr>
          <w:rFonts w:cs="Arial"/>
        </w:rPr>
      </w:pPr>
      <w:r w:rsidRPr="0025728F">
        <w:rPr>
          <w:rFonts w:cs="Arial"/>
          <w:i/>
        </w:rPr>
        <w:t>CW Communications, Montréal</w:t>
      </w:r>
    </w:p>
    <w:p w14:paraId="277FF281" w14:textId="77777777" w:rsidR="003C20E4" w:rsidRPr="0025728F" w:rsidRDefault="00000000">
      <w:pPr>
        <w:spacing w:after="10" w:line="240" w:lineRule="auto"/>
        <w:ind w:left="216" w:hanging="173"/>
        <w:rPr>
          <w:rFonts w:cs="Arial"/>
        </w:rPr>
      </w:pPr>
      <w:r w:rsidRPr="0025728F">
        <w:rPr>
          <w:rFonts w:cs="Arial"/>
          <w:sz w:val="17"/>
        </w:rPr>
        <w:t>• Concevoir des visuels et du contenu graphique pour différents projets.</w:t>
      </w:r>
    </w:p>
    <w:p w14:paraId="7286FABA" w14:textId="77777777" w:rsidR="003C20E4" w:rsidRPr="0025728F" w:rsidRDefault="00000000">
      <w:pPr>
        <w:spacing w:after="10" w:line="240" w:lineRule="auto"/>
        <w:ind w:left="216" w:hanging="173"/>
        <w:rPr>
          <w:rFonts w:cs="Arial"/>
        </w:rPr>
      </w:pPr>
      <w:r w:rsidRPr="0025728F">
        <w:rPr>
          <w:rFonts w:cs="Arial"/>
          <w:sz w:val="17"/>
        </w:rPr>
        <w:t>• Créer et adapter du contenu pour les médias sociaux.</w:t>
      </w:r>
    </w:p>
    <w:p w14:paraId="3F4DB6CB" w14:textId="77777777" w:rsidR="003C20E4" w:rsidRPr="0025728F" w:rsidRDefault="00000000">
      <w:pPr>
        <w:spacing w:after="10" w:line="240" w:lineRule="auto"/>
        <w:ind w:left="216" w:hanging="173"/>
        <w:rPr>
          <w:rFonts w:cs="Arial"/>
        </w:rPr>
      </w:pPr>
      <w:r w:rsidRPr="0025728F">
        <w:rPr>
          <w:rFonts w:cs="Arial"/>
          <w:sz w:val="17"/>
        </w:rPr>
        <w:t>• Concevoir et modifier des pages Web avec WordPress et gérer le contenu des sites.</w:t>
      </w:r>
    </w:p>
    <w:p w14:paraId="236A6217" w14:textId="77777777" w:rsidR="003C20E4" w:rsidRDefault="00000000">
      <w:pPr>
        <w:spacing w:after="10" w:line="240" w:lineRule="auto"/>
        <w:ind w:left="216" w:hanging="173"/>
        <w:rPr>
          <w:rFonts w:cs="Arial"/>
          <w:sz w:val="17"/>
        </w:rPr>
      </w:pPr>
      <w:r w:rsidRPr="0025728F">
        <w:rPr>
          <w:rFonts w:cs="Arial"/>
          <w:sz w:val="17"/>
        </w:rPr>
        <w:t xml:space="preserve">• Collaborer avec l’équipe afin de répondre aux </w:t>
      </w:r>
      <w:proofErr w:type="spellStart"/>
      <w:r w:rsidRPr="0025728F">
        <w:rPr>
          <w:rFonts w:cs="Arial"/>
          <w:sz w:val="17"/>
        </w:rPr>
        <w:t>besoins</w:t>
      </w:r>
      <w:proofErr w:type="spellEnd"/>
      <w:r w:rsidRPr="0025728F">
        <w:rPr>
          <w:rFonts w:cs="Arial"/>
          <w:sz w:val="17"/>
        </w:rPr>
        <w:t xml:space="preserve"> </w:t>
      </w:r>
      <w:proofErr w:type="spellStart"/>
      <w:r w:rsidRPr="0025728F">
        <w:rPr>
          <w:rFonts w:cs="Arial"/>
          <w:sz w:val="17"/>
        </w:rPr>
        <w:t>visuels</w:t>
      </w:r>
      <w:proofErr w:type="spellEnd"/>
      <w:r w:rsidRPr="0025728F">
        <w:rPr>
          <w:rFonts w:cs="Arial"/>
          <w:sz w:val="17"/>
        </w:rPr>
        <w:t xml:space="preserve"> et </w:t>
      </w:r>
      <w:proofErr w:type="spellStart"/>
      <w:r w:rsidRPr="0025728F">
        <w:rPr>
          <w:rFonts w:cs="Arial"/>
          <w:sz w:val="17"/>
        </w:rPr>
        <w:t>numériques</w:t>
      </w:r>
      <w:proofErr w:type="spellEnd"/>
      <w:r w:rsidRPr="0025728F">
        <w:rPr>
          <w:rFonts w:cs="Arial"/>
          <w:sz w:val="17"/>
        </w:rPr>
        <w:t>.</w:t>
      </w:r>
    </w:p>
    <w:p w14:paraId="2F8DF3B4" w14:textId="77777777" w:rsidR="0025728F" w:rsidRPr="0025728F" w:rsidRDefault="0025728F">
      <w:pPr>
        <w:spacing w:after="10" w:line="240" w:lineRule="auto"/>
        <w:ind w:left="216" w:hanging="173"/>
        <w:rPr>
          <w:rFonts w:cs="Arial"/>
        </w:rPr>
      </w:pPr>
    </w:p>
    <w:p w14:paraId="4341C5C0" w14:textId="63F88574" w:rsidR="003C20E4" w:rsidRPr="00513166" w:rsidRDefault="00000000">
      <w:pPr>
        <w:spacing w:after="0"/>
        <w:rPr>
          <w:rFonts w:cs="Arial"/>
          <w:sz w:val="20"/>
          <w:szCs w:val="20"/>
        </w:rPr>
      </w:pPr>
      <w:proofErr w:type="spellStart"/>
      <w:r w:rsidRPr="00513166">
        <w:rPr>
          <w:rFonts w:cs="Arial"/>
          <w:b/>
          <w:sz w:val="20"/>
          <w:szCs w:val="20"/>
        </w:rPr>
        <w:t>Conseillère</w:t>
      </w:r>
      <w:proofErr w:type="spellEnd"/>
      <w:r w:rsidRPr="00513166">
        <w:rPr>
          <w:rFonts w:cs="Arial"/>
          <w:b/>
          <w:sz w:val="20"/>
          <w:szCs w:val="20"/>
        </w:rPr>
        <w:t xml:space="preserve"> </w:t>
      </w:r>
      <w:proofErr w:type="spellStart"/>
      <w:r w:rsidRPr="00513166">
        <w:rPr>
          <w:rFonts w:cs="Arial"/>
          <w:b/>
          <w:sz w:val="20"/>
          <w:szCs w:val="20"/>
        </w:rPr>
        <w:t>beauté</w:t>
      </w:r>
      <w:proofErr w:type="spellEnd"/>
      <w:r w:rsidR="0025728F" w:rsidRPr="00513166">
        <w:rPr>
          <w:rFonts w:cs="Arial"/>
          <w:sz w:val="20"/>
          <w:szCs w:val="20"/>
        </w:rPr>
        <w:t xml:space="preserve"> </w:t>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w:t>
      </w:r>
      <w:proofErr w:type="spellStart"/>
      <w:r w:rsidR="0025728F" w:rsidRPr="00513166">
        <w:rPr>
          <w:rFonts w:cs="Arial"/>
          <w:sz w:val="20"/>
          <w:szCs w:val="20"/>
        </w:rPr>
        <w:t>D</w:t>
      </w:r>
      <w:r w:rsidRPr="00513166">
        <w:rPr>
          <w:rFonts w:cs="Arial"/>
          <w:sz w:val="20"/>
          <w:szCs w:val="20"/>
        </w:rPr>
        <w:t>epuis</w:t>
      </w:r>
      <w:proofErr w:type="spellEnd"/>
      <w:r w:rsidRPr="00513166">
        <w:rPr>
          <w:rFonts w:cs="Arial"/>
          <w:sz w:val="20"/>
          <w:szCs w:val="20"/>
        </w:rPr>
        <w:t xml:space="preserve"> </w:t>
      </w:r>
      <w:proofErr w:type="spellStart"/>
      <w:r w:rsidRPr="00513166">
        <w:rPr>
          <w:rFonts w:cs="Arial"/>
          <w:sz w:val="20"/>
          <w:szCs w:val="20"/>
        </w:rPr>
        <w:t>juin</w:t>
      </w:r>
      <w:proofErr w:type="spellEnd"/>
      <w:r w:rsidRPr="00513166">
        <w:rPr>
          <w:rFonts w:cs="Arial"/>
          <w:sz w:val="20"/>
          <w:szCs w:val="20"/>
        </w:rPr>
        <w:t xml:space="preserve"> 2026 </w:t>
      </w:r>
    </w:p>
    <w:p w14:paraId="4D4C35D5" w14:textId="77777777" w:rsidR="003C20E4" w:rsidRPr="0025728F" w:rsidRDefault="00000000">
      <w:pPr>
        <w:spacing w:after="20"/>
        <w:rPr>
          <w:rFonts w:cs="Arial"/>
        </w:rPr>
      </w:pPr>
      <w:r w:rsidRPr="0025728F">
        <w:rPr>
          <w:rFonts w:cs="Arial"/>
          <w:i/>
        </w:rPr>
        <w:t>Nakama Trading Ltd., Brossard</w:t>
      </w:r>
    </w:p>
    <w:p w14:paraId="7FBA1979" w14:textId="77777777" w:rsidR="003C20E4" w:rsidRPr="0025728F" w:rsidRDefault="00000000">
      <w:pPr>
        <w:spacing w:after="10" w:line="240" w:lineRule="auto"/>
        <w:ind w:left="216" w:hanging="173"/>
        <w:rPr>
          <w:rFonts w:cs="Arial"/>
        </w:rPr>
      </w:pPr>
      <w:r w:rsidRPr="0025728F">
        <w:rPr>
          <w:rFonts w:cs="Arial"/>
          <w:sz w:val="17"/>
        </w:rPr>
        <w:t>• Proposer des recommandations adaptées aux besoins et préférences des clients.</w:t>
      </w:r>
    </w:p>
    <w:p w14:paraId="217022C8" w14:textId="77777777" w:rsidR="003C20E4" w:rsidRPr="0025728F" w:rsidRDefault="00000000">
      <w:pPr>
        <w:spacing w:after="10" w:line="240" w:lineRule="auto"/>
        <w:ind w:left="216" w:hanging="173"/>
        <w:rPr>
          <w:rFonts w:cs="Arial"/>
        </w:rPr>
      </w:pPr>
      <w:r w:rsidRPr="0025728F">
        <w:rPr>
          <w:rFonts w:cs="Arial"/>
          <w:sz w:val="17"/>
        </w:rPr>
        <w:t>• Présenter les produits et contribuer à l’atteinte des objectifs de vente.</w:t>
      </w:r>
    </w:p>
    <w:p w14:paraId="65F314D1" w14:textId="77777777" w:rsidR="003C20E4" w:rsidRDefault="00000000">
      <w:pPr>
        <w:spacing w:after="10" w:line="240" w:lineRule="auto"/>
        <w:ind w:left="216" w:hanging="173"/>
        <w:rPr>
          <w:rFonts w:cs="Arial"/>
          <w:sz w:val="17"/>
        </w:rPr>
      </w:pPr>
      <w:r w:rsidRPr="0025728F">
        <w:rPr>
          <w:rFonts w:cs="Arial"/>
          <w:sz w:val="17"/>
        </w:rPr>
        <w:t xml:space="preserve">• Maintenir un espace de travail propre, </w:t>
      </w:r>
      <w:proofErr w:type="spellStart"/>
      <w:r w:rsidRPr="0025728F">
        <w:rPr>
          <w:rFonts w:cs="Arial"/>
          <w:sz w:val="17"/>
        </w:rPr>
        <w:t>organisé</w:t>
      </w:r>
      <w:proofErr w:type="spellEnd"/>
      <w:r w:rsidRPr="0025728F">
        <w:rPr>
          <w:rFonts w:cs="Arial"/>
          <w:sz w:val="17"/>
        </w:rPr>
        <w:t xml:space="preserve"> et </w:t>
      </w:r>
      <w:proofErr w:type="spellStart"/>
      <w:r w:rsidRPr="0025728F">
        <w:rPr>
          <w:rFonts w:cs="Arial"/>
          <w:sz w:val="17"/>
        </w:rPr>
        <w:t>accueillant</w:t>
      </w:r>
      <w:proofErr w:type="spellEnd"/>
      <w:r w:rsidRPr="0025728F">
        <w:rPr>
          <w:rFonts w:cs="Arial"/>
          <w:sz w:val="17"/>
        </w:rPr>
        <w:t>.</w:t>
      </w:r>
    </w:p>
    <w:p w14:paraId="4F83D495" w14:textId="77777777" w:rsidR="0025728F" w:rsidRPr="0025728F" w:rsidRDefault="0025728F">
      <w:pPr>
        <w:spacing w:after="10" w:line="240" w:lineRule="auto"/>
        <w:ind w:left="216" w:hanging="173"/>
        <w:rPr>
          <w:rFonts w:cs="Arial"/>
        </w:rPr>
      </w:pPr>
    </w:p>
    <w:p w14:paraId="39727EAD" w14:textId="7D34ACDD" w:rsidR="003C20E4" w:rsidRPr="00513166" w:rsidRDefault="00000000">
      <w:pPr>
        <w:spacing w:after="0"/>
        <w:rPr>
          <w:rFonts w:cs="Arial"/>
          <w:sz w:val="20"/>
          <w:szCs w:val="20"/>
        </w:rPr>
      </w:pPr>
      <w:proofErr w:type="spellStart"/>
      <w:r w:rsidRPr="00513166">
        <w:rPr>
          <w:rFonts w:cs="Arial"/>
          <w:b/>
          <w:sz w:val="20"/>
          <w:szCs w:val="20"/>
        </w:rPr>
        <w:t>Conseillère</w:t>
      </w:r>
      <w:proofErr w:type="spellEnd"/>
      <w:r w:rsidRPr="00513166">
        <w:rPr>
          <w:rFonts w:cs="Arial"/>
          <w:b/>
          <w:sz w:val="20"/>
          <w:szCs w:val="20"/>
        </w:rPr>
        <w:t xml:space="preserve"> de </w:t>
      </w:r>
      <w:proofErr w:type="gramStart"/>
      <w:r w:rsidRPr="00513166">
        <w:rPr>
          <w:rFonts w:cs="Arial"/>
          <w:b/>
          <w:sz w:val="20"/>
          <w:szCs w:val="20"/>
        </w:rPr>
        <w:t>vente</w:t>
      </w:r>
      <w:r w:rsidRPr="00513166">
        <w:rPr>
          <w:rFonts w:cs="Arial"/>
          <w:sz w:val="20"/>
          <w:szCs w:val="20"/>
        </w:rPr>
        <w:t xml:space="preserve">  </w:t>
      </w:r>
      <w:r w:rsidR="00513166">
        <w:rPr>
          <w:rFonts w:cs="Arial"/>
          <w:sz w:val="20"/>
          <w:szCs w:val="20"/>
        </w:rPr>
        <w:tab/>
      </w:r>
      <w:proofErr w:type="gramEnd"/>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w:t>
      </w:r>
      <w:proofErr w:type="spellStart"/>
      <w:r w:rsidR="00513166">
        <w:rPr>
          <w:rFonts w:cs="Arial"/>
          <w:sz w:val="20"/>
          <w:szCs w:val="20"/>
        </w:rPr>
        <w:t>D</w:t>
      </w:r>
      <w:r w:rsidRPr="00513166">
        <w:rPr>
          <w:rFonts w:cs="Arial"/>
          <w:sz w:val="20"/>
          <w:szCs w:val="20"/>
        </w:rPr>
        <w:t>écembre</w:t>
      </w:r>
      <w:proofErr w:type="spellEnd"/>
      <w:r w:rsidRPr="00513166">
        <w:rPr>
          <w:rFonts w:cs="Arial"/>
          <w:sz w:val="20"/>
          <w:szCs w:val="20"/>
        </w:rPr>
        <w:t xml:space="preserve"> 2024 à </w:t>
      </w:r>
      <w:proofErr w:type="spellStart"/>
      <w:r w:rsidRPr="00513166">
        <w:rPr>
          <w:rFonts w:cs="Arial"/>
          <w:sz w:val="20"/>
          <w:szCs w:val="20"/>
        </w:rPr>
        <w:t>juin</w:t>
      </w:r>
      <w:proofErr w:type="spellEnd"/>
      <w:r w:rsidRPr="00513166">
        <w:rPr>
          <w:rFonts w:cs="Arial"/>
          <w:sz w:val="20"/>
          <w:szCs w:val="20"/>
        </w:rPr>
        <w:t xml:space="preserve"> 2026 </w:t>
      </w:r>
    </w:p>
    <w:p w14:paraId="78728A23" w14:textId="77777777" w:rsidR="003C20E4" w:rsidRPr="0025728F" w:rsidRDefault="00000000">
      <w:pPr>
        <w:spacing w:after="20"/>
        <w:rPr>
          <w:rFonts w:cs="Arial"/>
        </w:rPr>
      </w:pPr>
      <w:r w:rsidRPr="0025728F">
        <w:rPr>
          <w:rFonts w:cs="Arial"/>
          <w:i/>
        </w:rPr>
        <w:t>Soin Cosme, Saint-Bruno-de-Montarville</w:t>
      </w:r>
    </w:p>
    <w:p w14:paraId="5D2A5201" w14:textId="77777777" w:rsidR="003C20E4" w:rsidRPr="0025728F" w:rsidRDefault="00000000">
      <w:pPr>
        <w:spacing w:after="10" w:line="240" w:lineRule="auto"/>
        <w:ind w:left="216" w:hanging="173"/>
        <w:rPr>
          <w:rFonts w:cs="Arial"/>
        </w:rPr>
      </w:pPr>
      <w:r w:rsidRPr="0025728F">
        <w:rPr>
          <w:rFonts w:cs="Arial"/>
          <w:sz w:val="17"/>
        </w:rPr>
        <w:t>• Accueillir et conseiller les clients en matière de produits de beauté.</w:t>
      </w:r>
    </w:p>
    <w:p w14:paraId="3B98E2C8" w14:textId="77777777" w:rsidR="003C20E4" w:rsidRPr="0025728F" w:rsidRDefault="00000000">
      <w:pPr>
        <w:spacing w:after="10" w:line="240" w:lineRule="auto"/>
        <w:ind w:left="216" w:hanging="173"/>
        <w:rPr>
          <w:rFonts w:cs="Arial"/>
        </w:rPr>
      </w:pPr>
      <w:r w:rsidRPr="0025728F">
        <w:rPr>
          <w:rFonts w:cs="Arial"/>
          <w:sz w:val="17"/>
        </w:rPr>
        <w:t>• Atteindre les objectifs de vente et formuler des recommandations adaptées.</w:t>
      </w:r>
    </w:p>
    <w:p w14:paraId="7340D424" w14:textId="77777777" w:rsidR="003C20E4" w:rsidRDefault="00000000">
      <w:pPr>
        <w:spacing w:after="10" w:line="240" w:lineRule="auto"/>
        <w:ind w:left="216" w:hanging="173"/>
        <w:rPr>
          <w:rFonts w:cs="Arial"/>
          <w:sz w:val="17"/>
        </w:rPr>
      </w:pPr>
      <w:r w:rsidRPr="0025728F">
        <w:rPr>
          <w:rFonts w:cs="Arial"/>
          <w:sz w:val="17"/>
        </w:rPr>
        <w:t xml:space="preserve">• Maintenir un espace de travail propre et </w:t>
      </w:r>
      <w:proofErr w:type="spellStart"/>
      <w:r w:rsidRPr="0025728F">
        <w:rPr>
          <w:rFonts w:cs="Arial"/>
          <w:sz w:val="17"/>
        </w:rPr>
        <w:t>accueillant</w:t>
      </w:r>
      <w:proofErr w:type="spellEnd"/>
      <w:r w:rsidRPr="0025728F">
        <w:rPr>
          <w:rFonts w:cs="Arial"/>
          <w:sz w:val="17"/>
        </w:rPr>
        <w:t>.</w:t>
      </w:r>
    </w:p>
    <w:p w14:paraId="1E8CFEAE" w14:textId="77777777" w:rsidR="0025728F" w:rsidRPr="0025728F" w:rsidRDefault="0025728F">
      <w:pPr>
        <w:spacing w:after="10" w:line="240" w:lineRule="auto"/>
        <w:ind w:left="216" w:hanging="173"/>
        <w:rPr>
          <w:rFonts w:cs="Arial"/>
        </w:rPr>
      </w:pPr>
    </w:p>
    <w:p w14:paraId="19175FD8" w14:textId="3DD5A775" w:rsidR="003C20E4" w:rsidRPr="00513166" w:rsidRDefault="00000000">
      <w:pPr>
        <w:spacing w:after="0"/>
        <w:rPr>
          <w:rFonts w:cs="Arial"/>
          <w:sz w:val="20"/>
          <w:szCs w:val="20"/>
        </w:rPr>
      </w:pPr>
      <w:proofErr w:type="spellStart"/>
      <w:r w:rsidRPr="00513166">
        <w:rPr>
          <w:rFonts w:cs="Arial"/>
          <w:b/>
          <w:sz w:val="20"/>
          <w:szCs w:val="20"/>
        </w:rPr>
        <w:t>Mentorat</w:t>
      </w:r>
      <w:proofErr w:type="spellEnd"/>
      <w:r w:rsidRPr="00513166">
        <w:rPr>
          <w:rFonts w:cs="Arial"/>
          <w:b/>
          <w:sz w:val="20"/>
          <w:szCs w:val="20"/>
        </w:rPr>
        <w:t xml:space="preserve"> </w:t>
      </w:r>
      <w:proofErr w:type="spellStart"/>
      <w:proofErr w:type="gramStart"/>
      <w:r w:rsidRPr="00513166">
        <w:rPr>
          <w:rFonts w:cs="Arial"/>
          <w:b/>
          <w:sz w:val="20"/>
          <w:szCs w:val="20"/>
        </w:rPr>
        <w:t>multimédia</w:t>
      </w:r>
      <w:proofErr w:type="spellEnd"/>
      <w:r w:rsidRPr="00513166">
        <w:rPr>
          <w:rFonts w:cs="Arial"/>
          <w:sz w:val="20"/>
          <w:szCs w:val="20"/>
        </w:rPr>
        <w:t xml:space="preserve">  </w:t>
      </w:r>
      <w:r w:rsidR="00513166">
        <w:rPr>
          <w:rFonts w:cs="Arial"/>
          <w:sz w:val="20"/>
          <w:szCs w:val="20"/>
        </w:rPr>
        <w:tab/>
      </w:r>
      <w:proofErr w:type="gramEnd"/>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J</w:t>
      </w:r>
      <w:r w:rsidRPr="00513166">
        <w:rPr>
          <w:rFonts w:cs="Arial"/>
          <w:sz w:val="20"/>
          <w:szCs w:val="20"/>
        </w:rPr>
        <w:t xml:space="preserve">anvier à </w:t>
      </w:r>
      <w:proofErr w:type="spellStart"/>
      <w:r w:rsidRPr="00513166">
        <w:rPr>
          <w:rFonts w:cs="Arial"/>
          <w:sz w:val="20"/>
          <w:szCs w:val="20"/>
        </w:rPr>
        <w:t>mai</w:t>
      </w:r>
      <w:proofErr w:type="spellEnd"/>
      <w:r w:rsidRPr="00513166">
        <w:rPr>
          <w:rFonts w:cs="Arial"/>
          <w:sz w:val="20"/>
          <w:szCs w:val="20"/>
        </w:rPr>
        <w:t xml:space="preserve"> </w:t>
      </w:r>
      <w:r w:rsidR="00513166" w:rsidRPr="00513166">
        <w:rPr>
          <w:rFonts w:cs="Arial"/>
          <w:sz w:val="20"/>
          <w:szCs w:val="20"/>
        </w:rPr>
        <w:t>2024</w:t>
      </w:r>
    </w:p>
    <w:p w14:paraId="30C49133" w14:textId="77777777" w:rsidR="003C20E4" w:rsidRPr="0025728F" w:rsidRDefault="00000000">
      <w:pPr>
        <w:spacing w:after="20"/>
        <w:rPr>
          <w:rFonts w:cs="Arial"/>
        </w:rPr>
      </w:pPr>
      <w:r w:rsidRPr="0025728F">
        <w:rPr>
          <w:rFonts w:cs="Arial"/>
          <w:i/>
        </w:rPr>
        <w:t>Vanier College, Saint-Laurent</w:t>
      </w:r>
    </w:p>
    <w:p w14:paraId="0003200E" w14:textId="77777777" w:rsidR="003C20E4" w:rsidRPr="0025728F" w:rsidRDefault="00000000">
      <w:pPr>
        <w:spacing w:after="10" w:line="240" w:lineRule="auto"/>
        <w:ind w:left="216" w:hanging="173"/>
        <w:rPr>
          <w:rFonts w:cs="Arial"/>
        </w:rPr>
      </w:pPr>
      <w:r w:rsidRPr="0025728F">
        <w:rPr>
          <w:rFonts w:cs="Arial"/>
          <w:sz w:val="17"/>
        </w:rPr>
        <w:t>• Élaborer des plans pédagogiques adaptés aux besoins des étudiants.</w:t>
      </w:r>
    </w:p>
    <w:p w14:paraId="12F17A5A" w14:textId="77777777" w:rsidR="003C20E4" w:rsidRPr="0025728F" w:rsidRDefault="00000000">
      <w:pPr>
        <w:spacing w:after="10" w:line="240" w:lineRule="auto"/>
        <w:ind w:left="216" w:hanging="173"/>
        <w:rPr>
          <w:rFonts w:cs="Arial"/>
        </w:rPr>
      </w:pPr>
      <w:r w:rsidRPr="0025728F">
        <w:rPr>
          <w:rFonts w:cs="Arial"/>
          <w:sz w:val="17"/>
        </w:rPr>
        <w:t>• Accompagner les étudiants dans leurs projets multimédias et leurs objectifs académiques.</w:t>
      </w:r>
    </w:p>
    <w:p w14:paraId="54EF8A30" w14:textId="77777777" w:rsidR="003C20E4" w:rsidRDefault="00000000">
      <w:pPr>
        <w:spacing w:after="10" w:line="240" w:lineRule="auto"/>
        <w:ind w:left="216" w:hanging="173"/>
        <w:rPr>
          <w:rFonts w:cs="Arial"/>
          <w:sz w:val="17"/>
        </w:rPr>
      </w:pPr>
      <w:r w:rsidRPr="0025728F">
        <w:rPr>
          <w:rFonts w:cs="Arial"/>
          <w:sz w:val="17"/>
        </w:rPr>
        <w:t xml:space="preserve">• Offrir du soutien technique et </w:t>
      </w:r>
      <w:proofErr w:type="spellStart"/>
      <w:r w:rsidRPr="0025728F">
        <w:rPr>
          <w:rFonts w:cs="Arial"/>
          <w:sz w:val="17"/>
        </w:rPr>
        <w:t>pédagogique</w:t>
      </w:r>
      <w:proofErr w:type="spellEnd"/>
      <w:r w:rsidRPr="0025728F">
        <w:rPr>
          <w:rFonts w:cs="Arial"/>
          <w:sz w:val="17"/>
        </w:rPr>
        <w:t xml:space="preserve"> de façon </w:t>
      </w:r>
      <w:proofErr w:type="spellStart"/>
      <w:r w:rsidRPr="0025728F">
        <w:rPr>
          <w:rFonts w:cs="Arial"/>
          <w:sz w:val="17"/>
        </w:rPr>
        <w:t>autonome</w:t>
      </w:r>
      <w:proofErr w:type="spellEnd"/>
      <w:r w:rsidRPr="0025728F">
        <w:rPr>
          <w:rFonts w:cs="Arial"/>
          <w:sz w:val="17"/>
        </w:rPr>
        <w:t>.</w:t>
      </w:r>
    </w:p>
    <w:p w14:paraId="2DCDC413" w14:textId="77777777" w:rsidR="0025728F" w:rsidRPr="0025728F" w:rsidRDefault="0025728F">
      <w:pPr>
        <w:spacing w:after="10" w:line="240" w:lineRule="auto"/>
        <w:ind w:left="216" w:hanging="173"/>
        <w:rPr>
          <w:rFonts w:cs="Arial"/>
        </w:rPr>
      </w:pPr>
    </w:p>
    <w:p w14:paraId="68E20474" w14:textId="77777777" w:rsidR="00513166" w:rsidRDefault="00513166">
      <w:pPr>
        <w:pBdr>
          <w:bottom w:val="single" w:sz="4" w:space="1" w:color="808080"/>
        </w:pBdr>
        <w:spacing w:before="140" w:after="60"/>
        <w:rPr>
          <w:rFonts w:cs="Arial"/>
          <w:b/>
          <w:sz w:val="21"/>
        </w:rPr>
      </w:pPr>
    </w:p>
    <w:p w14:paraId="049543A6" w14:textId="05034105" w:rsidR="003C20E4" w:rsidRPr="0025728F" w:rsidRDefault="00000000">
      <w:pPr>
        <w:pBdr>
          <w:bottom w:val="single" w:sz="4" w:space="1" w:color="808080"/>
        </w:pBdr>
        <w:spacing w:before="140" w:after="60"/>
        <w:rPr>
          <w:rFonts w:cs="Arial"/>
        </w:rPr>
      </w:pPr>
      <w:r w:rsidRPr="0025728F">
        <w:rPr>
          <w:rFonts w:cs="Arial"/>
          <w:b/>
          <w:sz w:val="21"/>
        </w:rPr>
        <w:lastRenderedPageBreak/>
        <w:t>EXPÉRIENCES COMPLÉMENTAIRES</w:t>
      </w:r>
    </w:p>
    <w:p w14:paraId="6D50D7D2" w14:textId="264CDEB9" w:rsidR="003C20E4" w:rsidRPr="00513166" w:rsidRDefault="00000000">
      <w:pPr>
        <w:spacing w:after="0"/>
        <w:rPr>
          <w:rFonts w:cs="Arial"/>
          <w:sz w:val="20"/>
          <w:szCs w:val="20"/>
        </w:rPr>
      </w:pPr>
      <w:proofErr w:type="spellStart"/>
      <w:proofErr w:type="gramStart"/>
      <w:r w:rsidRPr="00513166">
        <w:rPr>
          <w:rFonts w:cs="Arial"/>
          <w:b/>
          <w:sz w:val="20"/>
          <w:szCs w:val="20"/>
        </w:rPr>
        <w:t>Emballeuse</w:t>
      </w:r>
      <w:proofErr w:type="spellEnd"/>
      <w:r w:rsidRPr="00513166">
        <w:rPr>
          <w:rFonts w:cs="Arial"/>
          <w:sz w:val="20"/>
          <w:szCs w:val="20"/>
        </w:rPr>
        <w:t xml:space="preserve">  </w:t>
      </w:r>
      <w:r w:rsidR="00513166">
        <w:rPr>
          <w:rFonts w:cs="Arial"/>
          <w:sz w:val="20"/>
          <w:szCs w:val="20"/>
        </w:rPr>
        <w:tab/>
      </w:r>
      <w:proofErr w:type="gramEnd"/>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M</w:t>
      </w:r>
      <w:r w:rsidRPr="00513166">
        <w:rPr>
          <w:rFonts w:cs="Arial"/>
          <w:sz w:val="20"/>
          <w:szCs w:val="20"/>
        </w:rPr>
        <w:t xml:space="preserve">ai à </w:t>
      </w:r>
      <w:proofErr w:type="spellStart"/>
      <w:r w:rsidRPr="00513166">
        <w:rPr>
          <w:rFonts w:cs="Arial"/>
          <w:sz w:val="20"/>
          <w:szCs w:val="20"/>
        </w:rPr>
        <w:t>août</w:t>
      </w:r>
      <w:proofErr w:type="spellEnd"/>
      <w:r w:rsidRPr="00513166">
        <w:rPr>
          <w:rFonts w:cs="Arial"/>
          <w:sz w:val="20"/>
          <w:szCs w:val="20"/>
        </w:rPr>
        <w:t xml:space="preserve"> 2023</w:t>
      </w:r>
    </w:p>
    <w:p w14:paraId="51748D0C" w14:textId="77777777" w:rsidR="003C20E4" w:rsidRDefault="00000000">
      <w:pPr>
        <w:spacing w:after="20"/>
        <w:rPr>
          <w:rFonts w:cs="Arial"/>
          <w:i/>
        </w:rPr>
      </w:pPr>
      <w:r w:rsidRPr="0025728F">
        <w:rPr>
          <w:rFonts w:cs="Arial"/>
          <w:i/>
        </w:rPr>
        <w:t>Costco Wholesale, Saint-Jérôme</w:t>
      </w:r>
    </w:p>
    <w:p w14:paraId="1EB38722" w14:textId="77777777" w:rsidR="00513166" w:rsidRPr="0025728F" w:rsidRDefault="00513166">
      <w:pPr>
        <w:spacing w:after="20"/>
        <w:rPr>
          <w:rFonts w:cs="Arial"/>
        </w:rPr>
      </w:pPr>
    </w:p>
    <w:p w14:paraId="7F53E5A4" w14:textId="2BE52AF5" w:rsidR="003C20E4" w:rsidRPr="00513166" w:rsidRDefault="00000000">
      <w:pPr>
        <w:spacing w:after="0"/>
        <w:rPr>
          <w:rFonts w:cs="Arial"/>
          <w:sz w:val="20"/>
          <w:szCs w:val="20"/>
        </w:rPr>
      </w:pPr>
      <w:proofErr w:type="spellStart"/>
      <w:r w:rsidRPr="00513166">
        <w:rPr>
          <w:rFonts w:cs="Arial"/>
          <w:b/>
          <w:sz w:val="20"/>
          <w:szCs w:val="20"/>
        </w:rPr>
        <w:t>Préposée</w:t>
      </w:r>
      <w:proofErr w:type="spellEnd"/>
      <w:r w:rsidRPr="00513166">
        <w:rPr>
          <w:rFonts w:cs="Arial"/>
          <w:b/>
          <w:sz w:val="20"/>
          <w:szCs w:val="20"/>
        </w:rPr>
        <w:t xml:space="preserve"> à </w:t>
      </w:r>
      <w:proofErr w:type="spellStart"/>
      <w:r w:rsidRPr="00513166">
        <w:rPr>
          <w:rFonts w:cs="Arial"/>
          <w:b/>
          <w:sz w:val="20"/>
          <w:szCs w:val="20"/>
        </w:rPr>
        <w:t>l’entretien</w:t>
      </w:r>
      <w:proofErr w:type="spellEnd"/>
      <w:r w:rsidRPr="00513166">
        <w:rPr>
          <w:rFonts w:cs="Arial"/>
          <w:b/>
          <w:sz w:val="20"/>
          <w:szCs w:val="20"/>
        </w:rPr>
        <w:t xml:space="preserve"> </w:t>
      </w:r>
      <w:proofErr w:type="spellStart"/>
      <w:r w:rsidRPr="00513166">
        <w:rPr>
          <w:rFonts w:cs="Arial"/>
          <w:b/>
          <w:sz w:val="20"/>
          <w:szCs w:val="20"/>
        </w:rPr>
        <w:t>ménager</w:t>
      </w:r>
      <w:proofErr w:type="spellEnd"/>
      <w:r w:rsidRPr="00513166">
        <w:rPr>
          <w:rFonts w:cs="Arial"/>
          <w:sz w:val="20"/>
          <w:szCs w:val="20"/>
        </w:rPr>
        <w:t xml:space="preserve"> </w:t>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J</w:t>
      </w:r>
      <w:r w:rsidRPr="00513166">
        <w:rPr>
          <w:rFonts w:cs="Arial"/>
          <w:sz w:val="20"/>
          <w:szCs w:val="20"/>
        </w:rPr>
        <w:t xml:space="preserve">uillet à </w:t>
      </w:r>
      <w:proofErr w:type="spellStart"/>
      <w:r w:rsidRPr="00513166">
        <w:rPr>
          <w:rFonts w:cs="Arial"/>
          <w:sz w:val="20"/>
          <w:szCs w:val="20"/>
        </w:rPr>
        <w:t>août</w:t>
      </w:r>
      <w:proofErr w:type="spellEnd"/>
      <w:r w:rsidRPr="00513166">
        <w:rPr>
          <w:rFonts w:cs="Arial"/>
          <w:sz w:val="20"/>
          <w:szCs w:val="20"/>
        </w:rPr>
        <w:t xml:space="preserve"> 2022</w:t>
      </w:r>
    </w:p>
    <w:p w14:paraId="509DAE14" w14:textId="77777777" w:rsidR="003C20E4" w:rsidRDefault="00000000">
      <w:pPr>
        <w:spacing w:after="20"/>
        <w:rPr>
          <w:rFonts w:cs="Arial"/>
          <w:i/>
        </w:rPr>
      </w:pPr>
      <w:r w:rsidRPr="0025728F">
        <w:rPr>
          <w:rFonts w:cs="Arial"/>
          <w:i/>
        </w:rPr>
        <w:t>CISSS de la Montérégie-Est, Longueuil</w:t>
      </w:r>
    </w:p>
    <w:p w14:paraId="75E937B7" w14:textId="77777777" w:rsidR="00513166" w:rsidRPr="0025728F" w:rsidRDefault="00513166">
      <w:pPr>
        <w:spacing w:after="20"/>
        <w:rPr>
          <w:rFonts w:cs="Arial"/>
        </w:rPr>
      </w:pPr>
    </w:p>
    <w:p w14:paraId="4C2C0583" w14:textId="62347E07" w:rsidR="003C20E4" w:rsidRPr="00513166" w:rsidRDefault="00000000">
      <w:pPr>
        <w:spacing w:after="0"/>
        <w:rPr>
          <w:rFonts w:cs="Arial"/>
          <w:sz w:val="20"/>
          <w:szCs w:val="20"/>
        </w:rPr>
      </w:pPr>
      <w:proofErr w:type="spellStart"/>
      <w:r w:rsidRPr="00513166">
        <w:rPr>
          <w:rFonts w:cs="Arial"/>
          <w:b/>
          <w:sz w:val="20"/>
          <w:szCs w:val="20"/>
        </w:rPr>
        <w:t>Étalagiste</w:t>
      </w:r>
      <w:proofErr w:type="spellEnd"/>
      <w:r w:rsidRPr="00513166">
        <w:rPr>
          <w:rFonts w:cs="Arial"/>
          <w:sz w:val="20"/>
          <w:szCs w:val="20"/>
        </w:rPr>
        <w:t xml:space="preserve">  </w:t>
      </w:r>
      <w:r w:rsidR="00513166">
        <w:rPr>
          <w:rFonts w:cs="Arial"/>
          <w:sz w:val="20"/>
          <w:szCs w:val="20"/>
        </w:rPr>
        <w:t xml:space="preserve"> </w:t>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r>
      <w:r w:rsidR="00513166">
        <w:rPr>
          <w:rFonts w:cs="Arial"/>
          <w:sz w:val="20"/>
          <w:szCs w:val="20"/>
        </w:rPr>
        <w:tab/>
        <w:t xml:space="preserve">     A</w:t>
      </w:r>
      <w:r w:rsidRPr="00513166">
        <w:rPr>
          <w:rFonts w:cs="Arial"/>
          <w:sz w:val="20"/>
          <w:szCs w:val="20"/>
        </w:rPr>
        <w:t xml:space="preserve">vril 2021 à </w:t>
      </w:r>
      <w:proofErr w:type="spellStart"/>
      <w:r w:rsidRPr="00513166">
        <w:rPr>
          <w:rFonts w:cs="Arial"/>
          <w:sz w:val="20"/>
          <w:szCs w:val="20"/>
        </w:rPr>
        <w:t>février</w:t>
      </w:r>
      <w:proofErr w:type="spellEnd"/>
      <w:r w:rsidRPr="00513166">
        <w:rPr>
          <w:rFonts w:cs="Arial"/>
          <w:sz w:val="20"/>
          <w:szCs w:val="20"/>
        </w:rPr>
        <w:t xml:space="preserve"> 2022</w:t>
      </w:r>
    </w:p>
    <w:p w14:paraId="4FDC6109" w14:textId="77777777" w:rsidR="003C20E4" w:rsidRPr="0025728F" w:rsidRDefault="00000000">
      <w:pPr>
        <w:spacing w:after="20"/>
        <w:rPr>
          <w:rFonts w:cs="Arial"/>
        </w:rPr>
      </w:pPr>
      <w:r w:rsidRPr="0025728F">
        <w:rPr>
          <w:rFonts w:cs="Arial"/>
          <w:i/>
        </w:rPr>
        <w:t>Promotions VPS / Costco Wholesale, Saint-Jérôme</w:t>
      </w:r>
    </w:p>
    <w:p w14:paraId="54836611" w14:textId="77777777" w:rsidR="003C20E4" w:rsidRPr="0025728F" w:rsidRDefault="00000000">
      <w:pPr>
        <w:pBdr>
          <w:bottom w:val="single" w:sz="4" w:space="1" w:color="808080"/>
        </w:pBdr>
        <w:spacing w:before="140" w:after="60"/>
        <w:rPr>
          <w:rFonts w:cs="Arial"/>
        </w:rPr>
      </w:pPr>
      <w:r w:rsidRPr="0025728F">
        <w:rPr>
          <w:rFonts w:cs="Arial"/>
          <w:b/>
          <w:sz w:val="21"/>
        </w:rPr>
        <w:t>LANGUES</w:t>
      </w:r>
    </w:p>
    <w:p w14:paraId="4FEF852C" w14:textId="77777777" w:rsidR="003C20E4" w:rsidRPr="00513166" w:rsidRDefault="00000000">
      <w:pPr>
        <w:spacing w:after="0" w:line="240" w:lineRule="auto"/>
        <w:rPr>
          <w:rFonts w:cs="Arial"/>
          <w:sz w:val="20"/>
          <w:szCs w:val="20"/>
        </w:rPr>
      </w:pPr>
      <w:r w:rsidRPr="00513166">
        <w:rPr>
          <w:rFonts w:cs="Arial"/>
          <w:sz w:val="20"/>
          <w:szCs w:val="20"/>
        </w:rPr>
        <w:t xml:space="preserve">Français — maîtrise </w:t>
      </w:r>
      <w:proofErr w:type="gramStart"/>
      <w:r w:rsidRPr="00513166">
        <w:rPr>
          <w:rFonts w:cs="Arial"/>
          <w:sz w:val="20"/>
          <w:szCs w:val="20"/>
        </w:rPr>
        <w:t>parfaite  |</w:t>
      </w:r>
      <w:proofErr w:type="gramEnd"/>
      <w:r w:rsidRPr="00513166">
        <w:rPr>
          <w:rFonts w:cs="Arial"/>
          <w:sz w:val="20"/>
          <w:szCs w:val="20"/>
        </w:rPr>
        <w:t xml:space="preserve">  Anglais — maîtrise parfaite</w:t>
      </w:r>
    </w:p>
    <w:sectPr w:rsidR="003C20E4" w:rsidRPr="00513166"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0151436">
    <w:abstractNumId w:val="8"/>
  </w:num>
  <w:num w:numId="2" w16cid:durableId="2145468775">
    <w:abstractNumId w:val="6"/>
  </w:num>
  <w:num w:numId="3" w16cid:durableId="1727608415">
    <w:abstractNumId w:val="5"/>
  </w:num>
  <w:num w:numId="4" w16cid:durableId="1392381686">
    <w:abstractNumId w:val="4"/>
  </w:num>
  <w:num w:numId="5" w16cid:durableId="1258708646">
    <w:abstractNumId w:val="7"/>
  </w:num>
  <w:num w:numId="6" w16cid:durableId="1927568939">
    <w:abstractNumId w:val="3"/>
  </w:num>
  <w:num w:numId="7" w16cid:durableId="582762207">
    <w:abstractNumId w:val="2"/>
  </w:num>
  <w:num w:numId="8" w16cid:durableId="1978533085">
    <w:abstractNumId w:val="1"/>
  </w:num>
  <w:num w:numId="9" w16cid:durableId="204678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CAF"/>
    <w:rsid w:val="0015074B"/>
    <w:rsid w:val="0025728F"/>
    <w:rsid w:val="0029639D"/>
    <w:rsid w:val="00326F90"/>
    <w:rsid w:val="003C20E4"/>
    <w:rsid w:val="00513166"/>
    <w:rsid w:val="00A31BDD"/>
    <w:rsid w:val="00A346B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C8002"/>
  <w14:defaultImageDpi w14:val="300"/>
  <w15:docId w15:val="{88DBE580-2342-4055-999E-569C4845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13166"/>
    <w:rPr>
      <w:color w:val="0000FF" w:themeColor="hyperlink"/>
      <w:u w:val="single"/>
    </w:rPr>
  </w:style>
  <w:style w:type="character" w:styleId="UnresolvedMention">
    <w:name w:val="Unresolved Mention"/>
    <w:basedOn w:val="DefaultParagraphFont"/>
    <w:uiPriority w:val="99"/>
    <w:semiHidden/>
    <w:unhideWhenUsed/>
    <w:rsid w:val="00513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inkedin.com/in/fiona-gia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iang_fiona@hot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Giang, Fiona</cp:lastModifiedBy>
  <cp:revision>2</cp:revision>
  <dcterms:created xsi:type="dcterms:W3CDTF">2013-12-23T23:15:00Z</dcterms:created>
  <dcterms:modified xsi:type="dcterms:W3CDTF">2026-09-14T19:57:00Z</dcterms:modified>
  <cp:category/>
</cp:coreProperties>
</file>